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F1C1A" w14:textId="77777777" w:rsidR="00AD7DEE" w:rsidRDefault="00000000">
      <w:pPr>
        <w:pStyle w:val="Title"/>
      </w:pPr>
      <w:r>
        <w:t>Software Overview and Testing</w:t>
      </w:r>
    </w:p>
    <w:p w14:paraId="5815D3AE" w14:textId="77777777" w:rsidR="00AD7DEE" w:rsidRDefault="00000000">
      <w:pPr>
        <w:pStyle w:val="Heading1"/>
      </w:pPr>
      <w:r>
        <w:t>1. Software Overview:</w:t>
      </w:r>
    </w:p>
    <w:p w14:paraId="5866A9EE" w14:textId="77777777" w:rsidR="00AD7DEE" w:rsidRDefault="00000000">
      <w:r>
        <w:t>Software consists of a collection of computer programs designed to perform various tasks or functions.</w:t>
      </w:r>
    </w:p>
    <w:p w14:paraId="7591E2A1" w14:textId="77777777" w:rsidR="00AD7DEE" w:rsidRDefault="00000000">
      <w:pPr>
        <w:pStyle w:val="Heading1"/>
      </w:pPr>
      <w:r>
        <w:t>2. Types of Software:</w:t>
      </w:r>
    </w:p>
    <w:p w14:paraId="78B02C27" w14:textId="77777777" w:rsidR="00AD7DEE" w:rsidRDefault="00000000">
      <w:pPr>
        <w:pStyle w:val="Heading2"/>
      </w:pPr>
      <w:r>
        <w:t>System Software:</w:t>
      </w:r>
    </w:p>
    <w:p w14:paraId="199AC324" w14:textId="77777777" w:rsidR="00AD7DEE" w:rsidRDefault="00000000">
      <w:r>
        <w:t>Examples: Device drivers, Operating Systems, Servers, Utilities, etc. Primarily manages computer hardware and provides a platform for other software to run.</w:t>
      </w:r>
    </w:p>
    <w:p w14:paraId="613CF000" w14:textId="77777777" w:rsidR="00AD7DEE" w:rsidRDefault="00000000">
      <w:pPr>
        <w:pStyle w:val="Heading2"/>
      </w:pPr>
      <w:r>
        <w:t>Programming Software:</w:t>
      </w:r>
    </w:p>
    <w:p w14:paraId="79D02B7B" w14:textId="77777777" w:rsidR="00AD7DEE" w:rsidRDefault="00000000">
      <w:r>
        <w:t>Examples: Compilers, Debuggers, Interpreters, etc. Helps developers in creating, testing, and debugging software applications.</w:t>
      </w:r>
    </w:p>
    <w:p w14:paraId="4220F4B6" w14:textId="77777777" w:rsidR="00AD7DEE" w:rsidRDefault="00000000">
      <w:pPr>
        <w:pStyle w:val="Heading2"/>
      </w:pPr>
      <w:r>
        <w:t>Application Software:</w:t>
      </w:r>
    </w:p>
    <w:p w14:paraId="0558BAAB" w14:textId="77777777" w:rsidR="00AD7DEE" w:rsidRDefault="00000000">
      <w:r>
        <w:t>Examples: Web Applications, Mobile Apps, Desktop Applications, etc. Directly serves end-users by performing specific tasks or providing services.</w:t>
      </w:r>
    </w:p>
    <w:p w14:paraId="37FDEFB7" w14:textId="77777777" w:rsidR="00AD7DEE" w:rsidRDefault="00000000">
      <w:pPr>
        <w:pStyle w:val="Heading1"/>
      </w:pPr>
      <w:r>
        <w:t>3. X Bank Software Development:</w:t>
      </w:r>
    </w:p>
    <w:p w14:paraId="23E1FECC" w14:textId="77777777" w:rsidR="00AD7DEE" w:rsidRDefault="00000000">
      <w:r>
        <w:t>X Bank (company) collaborates with an IT company for software development. Development phases include: Develop, Test, Deliver. The goal is to deliver a fully functional software product tailored to X Bank's specific needs.</w:t>
      </w:r>
    </w:p>
    <w:p w14:paraId="2FF89E3E" w14:textId="77777777" w:rsidR="00AD7DEE" w:rsidRDefault="00000000">
      <w:pPr>
        <w:pStyle w:val="Heading1"/>
      </w:pPr>
      <w:r>
        <w:t>4. Software Testing:</w:t>
      </w:r>
    </w:p>
    <w:p w14:paraId="6FDB8AF6" w14:textId="77777777" w:rsidR="00AD7DEE" w:rsidRDefault="00000000">
      <w:pPr>
        <w:pStyle w:val="Heading2"/>
      </w:pPr>
      <w:r>
        <w:t>Definition:</w:t>
      </w:r>
    </w:p>
    <w:p w14:paraId="546EE26C" w14:textId="77777777" w:rsidR="00AD7DEE" w:rsidRDefault="00000000">
      <w:r>
        <w:t>Part of the software development process involving activities to detect and identify defects in the software. Objective: Release a quality product to the client.</w:t>
      </w:r>
    </w:p>
    <w:p w14:paraId="3CF1282B" w14:textId="77777777" w:rsidR="00AD7DEE" w:rsidRDefault="00000000">
      <w:pPr>
        <w:pStyle w:val="Heading2"/>
      </w:pPr>
      <w:r>
        <w:t>Software Quality:</w:t>
      </w:r>
    </w:p>
    <w:p w14:paraId="0A9ED8C9" w14:textId="77777777" w:rsidR="00AD7DEE" w:rsidRDefault="00000000">
      <w:r>
        <w:t>Quality is defined as meeting all the requirements of a customer in a product. Quality is not defined in the product but in the customer’s perception.</w:t>
      </w:r>
    </w:p>
    <w:p w14:paraId="0AEF3E5C" w14:textId="77777777" w:rsidR="00AD7DEE" w:rsidRDefault="00000000">
      <w:pPr>
        <w:pStyle w:val="Heading2"/>
      </w:pPr>
      <w:r>
        <w:t>Characteristics:</w:t>
      </w:r>
    </w:p>
    <w:p w14:paraId="173810C3" w14:textId="77777777" w:rsidR="00AD7DEE" w:rsidRDefault="00000000">
      <w:pPr>
        <w:pStyle w:val="ListBullet"/>
      </w:pPr>
      <w:r>
        <w:t>Bug-free.</w:t>
      </w:r>
    </w:p>
    <w:p w14:paraId="5CE7CB4D" w14:textId="77777777" w:rsidR="00AD7DEE" w:rsidRDefault="00000000">
      <w:pPr>
        <w:pStyle w:val="ListBullet"/>
      </w:pPr>
      <w:r>
        <w:t>Delivered on schedule.</w:t>
      </w:r>
    </w:p>
    <w:p w14:paraId="436F273C" w14:textId="77777777" w:rsidR="00AD7DEE" w:rsidRDefault="00000000">
      <w:pPr>
        <w:pStyle w:val="ListBullet"/>
      </w:pPr>
      <w:r>
        <w:t>Within budget.</w:t>
      </w:r>
    </w:p>
    <w:p w14:paraId="1A40EF9B" w14:textId="77777777" w:rsidR="00AD7DEE" w:rsidRDefault="00000000">
      <w:pPr>
        <w:pStyle w:val="ListBullet"/>
      </w:pPr>
      <w:r>
        <w:lastRenderedPageBreak/>
        <w:t>Meets requirements and/or expectations.</w:t>
      </w:r>
    </w:p>
    <w:p w14:paraId="2E91E5A1" w14:textId="77777777" w:rsidR="00AD7DEE" w:rsidRDefault="00000000">
      <w:pPr>
        <w:pStyle w:val="Heading1"/>
      </w:pPr>
      <w:r>
        <w:t>5. Project vs. Product:</w:t>
      </w:r>
    </w:p>
    <w:p w14:paraId="2E230D48" w14:textId="77777777" w:rsidR="00AD7DEE" w:rsidRDefault="00000000">
      <w:pPr>
        <w:pStyle w:val="Heading2"/>
      </w:pPr>
      <w:r>
        <w:t>Project:</w:t>
      </w:r>
    </w:p>
    <w:p w14:paraId="11C15B0D" w14:textId="77777777" w:rsidR="00AD7DEE" w:rsidRDefault="00000000">
      <w:r>
        <w:t>Developed for a specific customer based on their requirements.</w:t>
      </w:r>
    </w:p>
    <w:p w14:paraId="41CEB7AC" w14:textId="77777777" w:rsidR="00AD7DEE" w:rsidRDefault="00000000">
      <w:pPr>
        <w:pStyle w:val="Heading2"/>
      </w:pPr>
      <w:r>
        <w:t>Product:</w:t>
      </w:r>
    </w:p>
    <w:p w14:paraId="326912EF" w14:textId="77777777" w:rsidR="00AD7DEE" w:rsidRDefault="00000000">
      <w:r>
        <w:t>Developed for multiple customers based on market requirements.</w:t>
      </w:r>
    </w:p>
    <w:p w14:paraId="0238BED1" w14:textId="4B74C52C" w:rsidR="00A7148D" w:rsidRDefault="00A7148D" w:rsidP="00A7148D">
      <w:pPr>
        <w:pStyle w:val="ListBullet"/>
        <w:numPr>
          <w:ilvl w:val="0"/>
          <w:numId w:val="0"/>
        </w:numPr>
        <w:ind w:left="360" w:hanging="360"/>
      </w:pPr>
    </w:p>
    <w:sectPr w:rsidR="00A714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3161757">
    <w:abstractNumId w:val="8"/>
  </w:num>
  <w:num w:numId="2" w16cid:durableId="1958753824">
    <w:abstractNumId w:val="6"/>
  </w:num>
  <w:num w:numId="3" w16cid:durableId="162361858">
    <w:abstractNumId w:val="5"/>
  </w:num>
  <w:num w:numId="4" w16cid:durableId="2093429641">
    <w:abstractNumId w:val="4"/>
  </w:num>
  <w:num w:numId="5" w16cid:durableId="1205875105">
    <w:abstractNumId w:val="7"/>
  </w:num>
  <w:num w:numId="6" w16cid:durableId="1374425679">
    <w:abstractNumId w:val="3"/>
  </w:num>
  <w:num w:numId="7" w16cid:durableId="703554479">
    <w:abstractNumId w:val="2"/>
  </w:num>
  <w:num w:numId="8" w16cid:durableId="1740446833">
    <w:abstractNumId w:val="1"/>
  </w:num>
  <w:num w:numId="9" w16cid:durableId="33885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24EA"/>
    <w:rsid w:val="0029639D"/>
    <w:rsid w:val="002D7AE1"/>
    <w:rsid w:val="00326F90"/>
    <w:rsid w:val="00423D41"/>
    <w:rsid w:val="0087346F"/>
    <w:rsid w:val="00A7148D"/>
    <w:rsid w:val="00AA1D8D"/>
    <w:rsid w:val="00AD7DEE"/>
    <w:rsid w:val="00B47730"/>
    <w:rsid w:val="00CB0664"/>
    <w:rsid w:val="00CE7C2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2D0613"/>
  <w14:defaultImageDpi w14:val="300"/>
  <w15:docId w15:val="{CCCA1EDA-E86F-4013-A616-4DE9BB75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Rabbi Shakir</cp:lastModifiedBy>
  <cp:revision>3</cp:revision>
  <dcterms:created xsi:type="dcterms:W3CDTF">2024-07-18T15:48:00Z</dcterms:created>
  <dcterms:modified xsi:type="dcterms:W3CDTF">2024-07-18T15:48:00Z</dcterms:modified>
  <cp:category/>
</cp:coreProperties>
</file>