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7E78C" w14:textId="77777777" w:rsidR="0058510F" w:rsidRDefault="00000000">
      <w:pPr>
        <w:pStyle w:val="Title"/>
      </w:pPr>
      <w:r>
        <w:t>Requirements Document</w:t>
      </w:r>
    </w:p>
    <w:p w14:paraId="370B9A38" w14:textId="40ED6286" w:rsidR="00B11225" w:rsidRDefault="00B11225" w:rsidP="00B11225">
      <w:r w:rsidRPr="00B11225">
        <w:rPr>
          <w:b/>
          <w:bCs/>
        </w:rPr>
        <w:t>Application:</w:t>
      </w:r>
      <w:r>
        <w:t xml:space="preserve"> Inventory and order Management Software</w:t>
      </w:r>
    </w:p>
    <w:p w14:paraId="4D2D54D1" w14:textId="7CDFF6CA" w:rsidR="00B11225" w:rsidRDefault="00B11225" w:rsidP="00B11225">
      <w:r w:rsidRPr="00B11225">
        <w:rPr>
          <w:b/>
          <w:bCs/>
        </w:rPr>
        <w:t>Test environment:</w:t>
      </w:r>
      <w:r>
        <w:t xml:space="preserve"> </w:t>
      </w:r>
      <w:hyperlink r:id="rId6" w:history="1">
        <w:r w:rsidRPr="00B11225">
          <w:rPr>
            <w:rStyle w:val="Hyperlink"/>
          </w:rPr>
          <w:t>https://s2strategies.com/sandbox</w:t>
        </w:r>
      </w:hyperlink>
    </w:p>
    <w:p w14:paraId="63EFE5EF" w14:textId="3ADE4A95" w:rsidR="00B11225" w:rsidRDefault="00B11225" w:rsidP="00B11225">
      <w:r w:rsidRPr="00B11225">
        <w:rPr>
          <w:b/>
          <w:bCs/>
        </w:rPr>
        <w:t>Module Name:</w:t>
      </w:r>
      <w:r>
        <w:t xml:space="preserve"> User Module, Login Module</w:t>
      </w:r>
    </w:p>
    <w:p w14:paraId="3CF28E5F" w14:textId="58A27C91" w:rsidR="0007040E" w:rsidRDefault="0007040E" w:rsidP="00B11225">
      <w:r w:rsidRPr="0007040E">
        <w:rPr>
          <w:b/>
          <w:bCs/>
        </w:rPr>
        <w:t>Build:</w:t>
      </w:r>
      <w:r>
        <w:t xml:space="preserve"> 01</w:t>
      </w:r>
    </w:p>
    <w:p w14:paraId="437ACC27" w14:textId="77777777" w:rsidR="00B11225" w:rsidRPr="00B11225" w:rsidRDefault="00B11225" w:rsidP="00B11225"/>
    <w:p w14:paraId="635AD401" w14:textId="77777777" w:rsidR="0058510F" w:rsidRDefault="00000000">
      <w:pPr>
        <w:pStyle w:val="Heading1"/>
      </w:pPr>
      <w:r>
        <w:t>REQ-001</w:t>
      </w:r>
    </w:p>
    <w:p w14:paraId="2E8404A7" w14:textId="77777777" w:rsidR="0058510F" w:rsidRDefault="00000000">
      <w:r>
        <w:t>The system shall allow users to log in to their accounts using a valid username and password.</w:t>
      </w:r>
    </w:p>
    <w:p w14:paraId="19B34FCA" w14:textId="77777777" w:rsidR="0058510F" w:rsidRDefault="00000000">
      <w:pPr>
        <w:pStyle w:val="Heading2"/>
      </w:pPr>
      <w:r>
        <w:t>Acceptance Criteria:</w:t>
      </w:r>
    </w:p>
    <w:p w14:paraId="0F08B90D" w14:textId="77777777" w:rsidR="0058510F" w:rsidRDefault="00000000">
      <w:pPr>
        <w:pStyle w:val="ListBullet"/>
      </w:pPr>
      <w:r>
        <w:t>The system shall authenticate users with valid username and password combinations.</w:t>
      </w:r>
    </w:p>
    <w:p w14:paraId="5CAFD1D5" w14:textId="77777777" w:rsidR="0058510F" w:rsidRDefault="00000000">
      <w:pPr>
        <w:pStyle w:val="ListBullet"/>
      </w:pPr>
      <w:r>
        <w:t>The system shall deny access and display an error message if the username or password is incorrect.</w:t>
      </w:r>
    </w:p>
    <w:p w14:paraId="6011B55D" w14:textId="77777777" w:rsidR="0058510F" w:rsidRDefault="00000000">
      <w:pPr>
        <w:pStyle w:val="ListBullet"/>
      </w:pPr>
      <w:r>
        <w:t>The system shall require the 'Username' field to be filled. If left empty, an error message "Username is required" shall be displayed.</w:t>
      </w:r>
    </w:p>
    <w:p w14:paraId="22679A96" w14:textId="77777777" w:rsidR="0058510F" w:rsidRDefault="00000000">
      <w:pPr>
        <w:pStyle w:val="ListBullet"/>
      </w:pPr>
      <w:r>
        <w:t>The system shall require the 'Password' field to be filled. If left empty, an error message "Password is required" shall be displayed.</w:t>
      </w:r>
    </w:p>
    <w:p w14:paraId="7BA2323F" w14:textId="77777777" w:rsidR="0058510F" w:rsidRDefault="00000000">
      <w:pPr>
        <w:pStyle w:val="ListBullet"/>
      </w:pPr>
      <w:r>
        <w:t>The system shall validate that the password is at least 8 characters long.</w:t>
      </w:r>
    </w:p>
    <w:p w14:paraId="186E9F36" w14:textId="77777777" w:rsidR="0058510F" w:rsidRDefault="00000000">
      <w:pPr>
        <w:pStyle w:val="ListBullet"/>
      </w:pPr>
      <w:r>
        <w:t>If the password is less than 8 characters, an error message "Password must be at least 8 characters long" shall be displayed.</w:t>
      </w:r>
    </w:p>
    <w:p w14:paraId="66DEAC10" w14:textId="77777777" w:rsidR="0058510F" w:rsidRDefault="00000000">
      <w:pPr>
        <w:pStyle w:val="ListBullet"/>
      </w:pPr>
      <w:r>
        <w:t>The system shall display a general error message "Invalid username or password" for incorrect username/password combinations.</w:t>
      </w:r>
    </w:p>
    <w:p w14:paraId="336749FC" w14:textId="77777777" w:rsidR="0058510F" w:rsidRDefault="00000000">
      <w:pPr>
        <w:pStyle w:val="ListBullet"/>
      </w:pPr>
      <w:r>
        <w:t>Upon successful login, the system shall redirect the user to the homepage/dashboard.</w:t>
      </w:r>
    </w:p>
    <w:p w14:paraId="55D7ABCC" w14:textId="70A80FA8" w:rsidR="0058510F" w:rsidRDefault="00000000">
      <w:pPr>
        <w:pStyle w:val="Heading1"/>
      </w:pPr>
      <w:r>
        <w:t>REQ-00</w:t>
      </w:r>
      <w:r w:rsidR="00FC10A8">
        <w:t>2</w:t>
      </w:r>
    </w:p>
    <w:p w14:paraId="4DE6A65F" w14:textId="77777777" w:rsidR="0058510F" w:rsidRDefault="00000000">
      <w:r>
        <w:t>The system shall allow administrators to manage users, including adding new users, editing existing users, and viewing a list of users with their details such as name, email, role, and status. Passwords must be at least 8 characters long.</w:t>
      </w:r>
    </w:p>
    <w:p w14:paraId="24896E9E" w14:textId="77777777" w:rsidR="0058510F" w:rsidRDefault="00000000">
      <w:pPr>
        <w:pStyle w:val="Heading2"/>
      </w:pPr>
      <w:r>
        <w:t>Acceptance Criteria:</w:t>
      </w:r>
    </w:p>
    <w:p w14:paraId="476570A6" w14:textId="77777777" w:rsidR="0058510F" w:rsidRDefault="00000000">
      <w:pPr>
        <w:pStyle w:val="ListBullet"/>
      </w:pPr>
      <w:r>
        <w:t>The system shall display a list of users with their name, email, role, and status on the 'Manage Users' page.</w:t>
      </w:r>
    </w:p>
    <w:p w14:paraId="199F7490" w14:textId="77777777" w:rsidR="0058510F" w:rsidRDefault="00000000">
      <w:pPr>
        <w:pStyle w:val="ListBullet"/>
      </w:pPr>
      <w:r>
        <w:t>The system shall allow adding new users with valid name, email, role, and password (minimum 8 characters) fields.</w:t>
      </w:r>
    </w:p>
    <w:p w14:paraId="15476D24" w14:textId="77777777" w:rsidR="0058510F" w:rsidRDefault="00000000">
      <w:pPr>
        <w:pStyle w:val="ListBullet"/>
      </w:pPr>
      <w:r>
        <w:lastRenderedPageBreak/>
        <w:t>The system shall display error messages for required fields when they are left empty.</w:t>
      </w:r>
    </w:p>
    <w:p w14:paraId="7032B3B9" w14:textId="77777777" w:rsidR="0058510F" w:rsidRDefault="00000000">
      <w:pPr>
        <w:pStyle w:val="ListBullet"/>
      </w:pPr>
      <w:r>
        <w:t>The system shall validate the email format and display an error message for invalid emails.</w:t>
      </w:r>
    </w:p>
    <w:p w14:paraId="6425C281" w14:textId="77777777" w:rsidR="0058510F" w:rsidRDefault="00000000">
      <w:pPr>
        <w:pStyle w:val="ListBullet"/>
      </w:pPr>
      <w:r>
        <w:t>The system shall validate that the password is at least 8 characters long and display an error message if it is not.</w:t>
      </w:r>
    </w:p>
    <w:p w14:paraId="17A3CA46" w14:textId="77777777" w:rsidR="0058510F" w:rsidRDefault="00000000">
      <w:pPr>
        <w:pStyle w:val="ListBullet"/>
      </w:pPr>
      <w:r>
        <w:t>The system shall allow editing existing user details including name, email, role, password, and status.</w:t>
      </w:r>
    </w:p>
    <w:p w14:paraId="01939921" w14:textId="77777777" w:rsidR="0058510F" w:rsidRDefault="00000000">
      <w:pPr>
        <w:pStyle w:val="ListBullet"/>
      </w:pPr>
      <w:r>
        <w:t>The system shall update and display the modified user details correctly in the user list.</w:t>
      </w:r>
    </w:p>
    <w:sectPr w:rsidR="005851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0686190">
    <w:abstractNumId w:val="8"/>
  </w:num>
  <w:num w:numId="2" w16cid:durableId="449518916">
    <w:abstractNumId w:val="6"/>
  </w:num>
  <w:num w:numId="3" w16cid:durableId="1439183300">
    <w:abstractNumId w:val="5"/>
  </w:num>
  <w:num w:numId="4" w16cid:durableId="1507331697">
    <w:abstractNumId w:val="4"/>
  </w:num>
  <w:num w:numId="5" w16cid:durableId="737751526">
    <w:abstractNumId w:val="7"/>
  </w:num>
  <w:num w:numId="6" w16cid:durableId="567110672">
    <w:abstractNumId w:val="3"/>
  </w:num>
  <w:num w:numId="7" w16cid:durableId="1419399296">
    <w:abstractNumId w:val="2"/>
  </w:num>
  <w:num w:numId="8" w16cid:durableId="1475105537">
    <w:abstractNumId w:val="1"/>
  </w:num>
  <w:num w:numId="9" w16cid:durableId="73821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0E"/>
    <w:rsid w:val="000A3428"/>
    <w:rsid w:val="0015074B"/>
    <w:rsid w:val="0029639D"/>
    <w:rsid w:val="00326F90"/>
    <w:rsid w:val="0058510F"/>
    <w:rsid w:val="00615FC6"/>
    <w:rsid w:val="00A224C7"/>
    <w:rsid w:val="00AA1D8D"/>
    <w:rsid w:val="00B11225"/>
    <w:rsid w:val="00B47730"/>
    <w:rsid w:val="00BE42FE"/>
    <w:rsid w:val="00C65F96"/>
    <w:rsid w:val="00CB0664"/>
    <w:rsid w:val="00FC10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CA6677"/>
  <w14:defaultImageDpi w14:val="300"/>
  <w15:docId w15:val="{8B81F060-4CE2-4D22-A869-D6951048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112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2strategies.com/sandbo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Shakir</cp:lastModifiedBy>
  <cp:revision>2</cp:revision>
  <dcterms:created xsi:type="dcterms:W3CDTF">2024-07-29T16:14:00Z</dcterms:created>
  <dcterms:modified xsi:type="dcterms:W3CDTF">2024-07-29T16:14:00Z</dcterms:modified>
  <cp:category/>
</cp:coreProperties>
</file>